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87F2" w14:textId="77777777" w:rsidR="00754A30" w:rsidRPr="00A10859" w:rsidRDefault="00000000" w:rsidP="002F119B">
      <w:pPr>
        <w:spacing w:after="0"/>
        <w:jc w:val="center"/>
        <w:rPr>
          <w:sz w:val="20"/>
          <w:szCs w:val="20"/>
        </w:rPr>
      </w:pPr>
      <w:r w:rsidRPr="00A10859">
        <w:rPr>
          <w:b/>
          <w:sz w:val="20"/>
          <w:szCs w:val="20"/>
        </w:rPr>
        <w:t xml:space="preserve">Applicant: </w:t>
      </w:r>
      <w:r w:rsidRPr="00A10859">
        <w:rPr>
          <w:sz w:val="20"/>
          <w:szCs w:val="20"/>
        </w:rPr>
        <w:t>_____________________________________</w:t>
      </w:r>
    </w:p>
    <w:p w14:paraId="6F3F1891" w14:textId="77777777" w:rsidR="00754A30" w:rsidRPr="00A10859" w:rsidRDefault="00000000" w:rsidP="002F119B">
      <w:pPr>
        <w:spacing w:after="60"/>
        <w:jc w:val="center"/>
        <w:rPr>
          <w:sz w:val="20"/>
          <w:szCs w:val="20"/>
        </w:rPr>
      </w:pPr>
      <w:r w:rsidRPr="00A10859">
        <w:rPr>
          <w:i/>
          <w:sz w:val="20"/>
          <w:szCs w:val="20"/>
        </w:rPr>
        <w:t>(name and surname; corresponding author if applicable)</w:t>
      </w:r>
    </w:p>
    <w:p w14:paraId="1F67A556" w14:textId="77777777" w:rsidR="002F119B" w:rsidRPr="00A10859" w:rsidRDefault="002F119B">
      <w:pPr>
        <w:spacing w:after="80"/>
      </w:pPr>
    </w:p>
    <w:p w14:paraId="0B1FA189" w14:textId="77777777" w:rsidR="002F119B" w:rsidRPr="00A10859" w:rsidRDefault="002F119B">
      <w:pPr>
        <w:spacing w:after="80"/>
      </w:pPr>
    </w:p>
    <w:p w14:paraId="6C9C1B02" w14:textId="2801A7C2" w:rsidR="00A10859" w:rsidRDefault="00A10859">
      <w:pPr>
        <w:spacing w:after="80"/>
        <w:rPr>
          <w:i/>
          <w:iCs/>
          <w:sz w:val="20"/>
          <w:szCs w:val="20"/>
        </w:rPr>
      </w:pPr>
      <w:r w:rsidRPr="00A10859">
        <w:rPr>
          <w:sz w:val="20"/>
          <w:szCs w:val="20"/>
        </w:rPr>
        <w:t>To the Chair of the Editorial Board of the Scientific Journal</w:t>
      </w:r>
      <w:r w:rsidRPr="00A10859">
        <w:rPr>
          <w:sz w:val="20"/>
          <w:szCs w:val="20"/>
        </w:rPr>
        <w:br/>
      </w:r>
      <w:r w:rsidRPr="00A10859">
        <w:rPr>
          <w:i/>
          <w:iCs/>
          <w:sz w:val="20"/>
          <w:szCs w:val="20"/>
        </w:rPr>
        <w:t>Taikomieji tyrimai studijose ir praktikoje – Applied Research in Studies and Practice</w:t>
      </w:r>
    </w:p>
    <w:p w14:paraId="3C229762" w14:textId="77777777" w:rsidR="00A10859" w:rsidRPr="00A10859" w:rsidRDefault="00A10859">
      <w:pPr>
        <w:spacing w:after="80"/>
        <w:rPr>
          <w:sz w:val="20"/>
          <w:szCs w:val="20"/>
        </w:rPr>
      </w:pPr>
    </w:p>
    <w:p w14:paraId="7117B12C" w14:textId="77777777" w:rsidR="00754A30" w:rsidRPr="00A10859" w:rsidRDefault="00000000">
      <w:pPr>
        <w:spacing w:after="20"/>
        <w:jc w:val="center"/>
        <w:rPr>
          <w:sz w:val="24"/>
          <w:szCs w:val="24"/>
        </w:rPr>
      </w:pPr>
      <w:r w:rsidRPr="00A10859">
        <w:rPr>
          <w:b/>
          <w:sz w:val="24"/>
          <w:szCs w:val="24"/>
        </w:rPr>
        <w:t>AUTHOR(S)’ LETTER OF GUARANTEE</w:t>
      </w:r>
    </w:p>
    <w:p w14:paraId="34F4E351" w14:textId="0E00FAA6" w:rsidR="00754A30" w:rsidRPr="00A10859" w:rsidRDefault="00000000">
      <w:pPr>
        <w:spacing w:after="80"/>
        <w:jc w:val="center"/>
        <w:rPr>
          <w:i/>
          <w:iCs/>
          <w:sz w:val="24"/>
          <w:szCs w:val="24"/>
        </w:rPr>
      </w:pPr>
      <w:r w:rsidRPr="00A10859">
        <w:rPr>
          <w:b/>
          <w:sz w:val="24"/>
          <w:szCs w:val="24"/>
        </w:rPr>
        <w:t>FOR PUBLICATION IN THE</w:t>
      </w:r>
      <w:r w:rsidR="002F119B" w:rsidRPr="00A10859">
        <w:rPr>
          <w:b/>
          <w:sz w:val="24"/>
          <w:szCs w:val="24"/>
        </w:rPr>
        <w:t xml:space="preserve"> PANEVEŽIO KOLEGIJA/STATE HIGHER EDUCATION INSTITUTION</w:t>
      </w:r>
      <w:r w:rsidRPr="00A10859">
        <w:rPr>
          <w:b/>
          <w:sz w:val="24"/>
          <w:szCs w:val="24"/>
        </w:rPr>
        <w:t xml:space="preserve"> SCIENTIFIC JOURNAL </w:t>
      </w:r>
      <w:r w:rsidR="002F119B" w:rsidRPr="00A10859">
        <w:rPr>
          <w:i/>
          <w:iCs/>
          <w:sz w:val="24"/>
          <w:szCs w:val="24"/>
        </w:rPr>
        <w:t>„</w:t>
      </w:r>
      <w:r w:rsidR="002F119B" w:rsidRPr="00A10859">
        <w:rPr>
          <w:b/>
          <w:i/>
          <w:iCs/>
          <w:sz w:val="24"/>
          <w:szCs w:val="24"/>
        </w:rPr>
        <w:t xml:space="preserve">TAIKOMIEJI TYRIMAI STUDIJOSE IR PRAKTIKOJE - </w:t>
      </w:r>
      <w:r w:rsidRPr="00A10859">
        <w:rPr>
          <w:b/>
          <w:i/>
          <w:iCs/>
          <w:sz w:val="24"/>
          <w:szCs w:val="24"/>
        </w:rPr>
        <w:t>APPLIED RESEARCH IN STUDIES AND PRACTICE</w:t>
      </w:r>
      <w:r w:rsidR="002F119B" w:rsidRPr="00A10859">
        <w:rPr>
          <w:b/>
          <w:i/>
          <w:iCs/>
          <w:sz w:val="24"/>
          <w:szCs w:val="24"/>
        </w:rPr>
        <w:t>”</w:t>
      </w:r>
    </w:p>
    <w:p w14:paraId="14B59396" w14:textId="77777777" w:rsidR="002F119B" w:rsidRPr="00A10859" w:rsidRDefault="00000000" w:rsidP="002F119B">
      <w:pPr>
        <w:spacing w:after="60"/>
        <w:jc w:val="center"/>
        <w:rPr>
          <w:b/>
        </w:rPr>
      </w:pPr>
      <w:r w:rsidRPr="00A10859">
        <w:rPr>
          <w:b/>
        </w:rPr>
        <w:t xml:space="preserve">Date: </w:t>
      </w:r>
      <w:r w:rsidRPr="00A10859">
        <w:t xml:space="preserve">________________  </w:t>
      </w:r>
    </w:p>
    <w:p w14:paraId="31C1577E" w14:textId="69A0D1E1" w:rsidR="00754A30" w:rsidRPr="00A10859" w:rsidRDefault="00000000" w:rsidP="002F119B">
      <w:pPr>
        <w:spacing w:after="60"/>
        <w:jc w:val="center"/>
      </w:pPr>
      <w:r w:rsidRPr="00A10859">
        <w:t>Panevėžys</w:t>
      </w:r>
    </w:p>
    <w:p w14:paraId="61465809" w14:textId="26BECD42" w:rsidR="00754A30" w:rsidRPr="00A10859" w:rsidRDefault="00000000">
      <w:pPr>
        <w:spacing w:after="40"/>
        <w:rPr>
          <w:sz w:val="20"/>
          <w:szCs w:val="20"/>
        </w:rPr>
      </w:pPr>
      <w:r w:rsidRPr="00A10859">
        <w:rPr>
          <w:sz w:val="20"/>
          <w:szCs w:val="20"/>
        </w:rPr>
        <w:t xml:space="preserve">I hereby request that the following </w:t>
      </w:r>
      <w:r w:rsidR="007A2A53">
        <w:rPr>
          <w:sz w:val="20"/>
          <w:szCs w:val="20"/>
        </w:rPr>
        <w:t>manuscript would</w:t>
      </w:r>
      <w:r w:rsidRPr="00A10859">
        <w:rPr>
          <w:sz w:val="20"/>
          <w:szCs w:val="20"/>
        </w:rPr>
        <w:t xml:space="preserve"> be considered for publication in </w:t>
      </w:r>
      <w:r w:rsidR="00E45582" w:rsidRPr="00A10859">
        <w:rPr>
          <w:i/>
          <w:iCs/>
          <w:sz w:val="20"/>
          <w:szCs w:val="20"/>
        </w:rPr>
        <w:t>„</w:t>
      </w:r>
      <w:r w:rsidR="00E45582" w:rsidRPr="00A10859">
        <w:rPr>
          <w:bCs/>
          <w:i/>
          <w:iCs/>
          <w:sz w:val="20"/>
          <w:szCs w:val="20"/>
        </w:rPr>
        <w:t>Taikomieji tyrimai studijose ir praktikoje - Applied research in studies and practice”</w:t>
      </w:r>
      <w:r w:rsidRPr="00A10859">
        <w:rPr>
          <w:sz w:val="20"/>
          <w:szCs w:val="20"/>
        </w:rPr>
        <w:t>:</w:t>
      </w:r>
    </w:p>
    <w:p w14:paraId="62AC343F" w14:textId="77777777" w:rsidR="00754A30" w:rsidRPr="00A10859" w:rsidRDefault="00000000">
      <w:pPr>
        <w:spacing w:after="20"/>
        <w:rPr>
          <w:sz w:val="20"/>
          <w:szCs w:val="20"/>
        </w:rPr>
      </w:pPr>
      <w:r w:rsidRPr="00A10859">
        <w:rPr>
          <w:b/>
          <w:sz w:val="20"/>
          <w:szCs w:val="20"/>
        </w:rPr>
        <w:t xml:space="preserve">Article title: </w:t>
      </w:r>
      <w:r w:rsidRPr="00A10859">
        <w:rPr>
          <w:sz w:val="20"/>
          <w:szCs w:val="20"/>
        </w:rPr>
        <w:t>__________________________________________________________________________________</w:t>
      </w:r>
    </w:p>
    <w:p w14:paraId="035D5312" w14:textId="77777777" w:rsidR="00754A30" w:rsidRPr="00A10859" w:rsidRDefault="00000000">
      <w:pPr>
        <w:spacing w:after="20"/>
        <w:rPr>
          <w:sz w:val="20"/>
          <w:szCs w:val="20"/>
        </w:rPr>
      </w:pPr>
      <w:r w:rsidRPr="00A10859">
        <w:rPr>
          <w:b/>
          <w:sz w:val="20"/>
          <w:szCs w:val="20"/>
        </w:rPr>
        <w:t xml:space="preserve">Scientific field / area: </w:t>
      </w:r>
      <w:r w:rsidRPr="00A10859">
        <w:rPr>
          <w:sz w:val="20"/>
          <w:szCs w:val="20"/>
        </w:rPr>
        <w:t>__________________________________________________________________________________</w:t>
      </w:r>
    </w:p>
    <w:p w14:paraId="2E488885" w14:textId="58E711E3" w:rsidR="00754A30" w:rsidRPr="00A10859" w:rsidRDefault="00000000">
      <w:pPr>
        <w:spacing w:before="40" w:after="40"/>
        <w:rPr>
          <w:sz w:val="20"/>
          <w:szCs w:val="20"/>
        </w:rPr>
      </w:pPr>
      <w:r w:rsidRPr="00A10859">
        <w:rPr>
          <w:b/>
          <w:sz w:val="20"/>
          <w:szCs w:val="20"/>
        </w:rPr>
        <w:t>Information about the author(s)</w:t>
      </w:r>
      <w:r w:rsidR="00E45582" w:rsidRPr="00A10859">
        <w:rPr>
          <w:b/>
          <w:sz w:val="20"/>
          <w:szCs w:val="20"/>
          <w:vertAlign w:val="superscript"/>
        </w:rPr>
        <w:t>1</w:t>
      </w:r>
      <w:r w:rsidR="00E45582" w:rsidRPr="00A10859">
        <w:rPr>
          <w:b/>
          <w:sz w:val="20"/>
          <w:szCs w:val="20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551"/>
        <w:gridCol w:w="3969"/>
        <w:gridCol w:w="2665"/>
      </w:tblGrid>
      <w:tr w:rsidR="00754A30" w:rsidRPr="00A10859" w14:paraId="62D5C352" w14:textId="77777777">
        <w:trPr>
          <w:jc w:val="center"/>
        </w:trPr>
        <w:tc>
          <w:tcPr>
            <w:tcW w:w="45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FAA2BE3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55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E626793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Name and surname</w:t>
            </w:r>
          </w:p>
        </w:tc>
        <w:tc>
          <w:tcPr>
            <w:tcW w:w="396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2C5084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Institution and position</w:t>
            </w:r>
          </w:p>
        </w:tc>
        <w:tc>
          <w:tcPr>
            <w:tcW w:w="26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F1990D4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Email</w:t>
            </w:r>
          </w:p>
        </w:tc>
      </w:tr>
      <w:tr w:rsidR="00754A30" w:rsidRPr="00A10859" w14:paraId="1C97111C" w14:textId="77777777">
        <w:trPr>
          <w:jc w:val="center"/>
        </w:trPr>
        <w:tc>
          <w:tcPr>
            <w:tcW w:w="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B3045F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BB735A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44F813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EDA31B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  <w:tr w:rsidR="00754A30" w:rsidRPr="00A10859" w14:paraId="5F9B2317" w14:textId="77777777">
        <w:trPr>
          <w:jc w:val="center"/>
        </w:trPr>
        <w:tc>
          <w:tcPr>
            <w:tcW w:w="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7831E4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1EE60D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6C3B9D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37ED65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  <w:tr w:rsidR="00754A30" w:rsidRPr="00A10859" w14:paraId="1E7C11FB" w14:textId="77777777">
        <w:trPr>
          <w:jc w:val="center"/>
        </w:trPr>
        <w:tc>
          <w:tcPr>
            <w:tcW w:w="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9E1CAB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BEBADE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96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139BF5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52E084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CFF7C8D" w14:textId="63806A5A" w:rsidR="00E45582" w:rsidRPr="00A10859" w:rsidRDefault="00E45582" w:rsidP="00E45582">
      <w:pPr>
        <w:ind w:firstLine="851"/>
        <w:rPr>
          <w:sz w:val="20"/>
          <w:szCs w:val="20"/>
        </w:rPr>
      </w:pPr>
      <w:r w:rsidRPr="00A10859">
        <w:rPr>
          <w:sz w:val="20"/>
          <w:szCs w:val="20"/>
          <w:vertAlign w:val="superscript"/>
        </w:rPr>
        <w:t xml:space="preserve">1 </w:t>
      </w:r>
      <w:r w:rsidRPr="00A10859">
        <w:rPr>
          <w:sz w:val="20"/>
          <w:szCs w:val="20"/>
        </w:rPr>
        <w:t xml:space="preserve">Authors are enumerated according to their contribution to the preparation of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, starting with the author, who has presented the application </w:t>
      </w:r>
    </w:p>
    <w:p w14:paraId="6FDD046B" w14:textId="77777777" w:rsidR="00E45582" w:rsidRPr="00A10859" w:rsidRDefault="00E45582">
      <w:pPr>
        <w:spacing w:before="40" w:after="20"/>
        <w:rPr>
          <w:b/>
          <w:sz w:val="20"/>
          <w:szCs w:val="20"/>
        </w:rPr>
      </w:pPr>
    </w:p>
    <w:p w14:paraId="18CA7E90" w14:textId="1EA660D1" w:rsidR="00754A30" w:rsidRPr="00A10859" w:rsidRDefault="00000000">
      <w:pPr>
        <w:spacing w:before="40" w:after="20"/>
        <w:rPr>
          <w:sz w:val="20"/>
          <w:szCs w:val="20"/>
        </w:rPr>
      </w:pPr>
      <w:r w:rsidRPr="00A10859">
        <w:rPr>
          <w:b/>
          <w:sz w:val="20"/>
          <w:szCs w:val="20"/>
        </w:rPr>
        <w:t>By signing this letter, the author(s):</w:t>
      </w:r>
    </w:p>
    <w:p w14:paraId="2B660C84" w14:textId="55610C16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grant Panevėžio kolegija / State Higher Education Institution a non-exclusive licence to use and publish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in Applied Research in Studies and Practice (ISSN 2029-1280; eISSN 2669-0071);</w:t>
      </w:r>
    </w:p>
    <w:p w14:paraId="04FAF242" w14:textId="2F16FEA4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confirm that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is original and that all third-party material, ideas, data and quotations are appropriately acknowledged and cited;</w:t>
      </w:r>
    </w:p>
    <w:p w14:paraId="2A2C7A56" w14:textId="3254B41F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confirm that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contains no confidential, unlawfully disclosed or otherwise legally restricted information and that publication does not infringe the rights of any natural or legal person;</w:t>
      </w:r>
    </w:p>
    <w:p w14:paraId="075DFD1A" w14:textId="369CADA3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confirm that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has not been published previously and is not simultaneously submitted or under consideration elsewhere;</w:t>
      </w:r>
    </w:p>
    <w:p w14:paraId="3BC38957" w14:textId="77777777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>accept responsibility for damage or loss arising from a breach of the guarantees given in this letter;</w:t>
      </w:r>
    </w:p>
    <w:p w14:paraId="57789F9A" w14:textId="61E1D5C4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agree to dissemination of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in accordance with the Journal’s publication and copyright policies;</w:t>
      </w:r>
    </w:p>
    <w:p w14:paraId="498FBE59" w14:textId="238CBD46" w:rsidR="00754A30" w:rsidRPr="00A10859" w:rsidRDefault="00000000" w:rsidP="007A2A53">
      <w:pPr>
        <w:pStyle w:val="ListBullet"/>
        <w:spacing w:after="10"/>
        <w:ind w:left="283" w:hanging="113"/>
        <w:jc w:val="both"/>
        <w:rPr>
          <w:sz w:val="20"/>
          <w:szCs w:val="20"/>
        </w:rPr>
      </w:pPr>
      <w:r w:rsidRPr="00A10859">
        <w:rPr>
          <w:sz w:val="20"/>
          <w:szCs w:val="20"/>
        </w:rPr>
        <w:t xml:space="preserve">acknowledge that this Letter of Guarantee ceases to have effect if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is not accepted for publication.</w:t>
      </w:r>
    </w:p>
    <w:p w14:paraId="2A862949" w14:textId="77777777" w:rsidR="00754A30" w:rsidRPr="00A10859" w:rsidRDefault="00000000">
      <w:pPr>
        <w:spacing w:before="40" w:after="20"/>
        <w:rPr>
          <w:sz w:val="20"/>
          <w:szCs w:val="20"/>
        </w:rPr>
      </w:pPr>
      <w:r w:rsidRPr="00A10859">
        <w:rPr>
          <w:b/>
          <w:sz w:val="20"/>
          <w:szCs w:val="20"/>
        </w:rPr>
        <w:t>Author signatures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34"/>
        <w:gridCol w:w="3434"/>
        <w:gridCol w:w="3434"/>
      </w:tblGrid>
      <w:tr w:rsidR="00754A30" w:rsidRPr="00A10859" w14:paraId="5F246919" w14:textId="77777777">
        <w:trPr>
          <w:jc w:val="center"/>
        </w:trPr>
        <w:tc>
          <w:tcPr>
            <w:tcW w:w="3437" w:type="dxa"/>
          </w:tcPr>
          <w:p w14:paraId="77EA9DE6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3437" w:type="dxa"/>
          </w:tcPr>
          <w:p w14:paraId="7EB86C39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Name and surname</w:t>
            </w:r>
          </w:p>
        </w:tc>
        <w:tc>
          <w:tcPr>
            <w:tcW w:w="3437" w:type="dxa"/>
          </w:tcPr>
          <w:p w14:paraId="041CC7AA" w14:textId="77777777" w:rsidR="00754A30" w:rsidRPr="00A10859" w:rsidRDefault="00000000">
            <w:pPr>
              <w:rPr>
                <w:sz w:val="20"/>
                <w:szCs w:val="20"/>
              </w:rPr>
            </w:pPr>
            <w:r w:rsidRPr="00A10859">
              <w:rPr>
                <w:b/>
                <w:sz w:val="20"/>
                <w:szCs w:val="20"/>
              </w:rPr>
              <w:t>Signature</w:t>
            </w:r>
          </w:p>
        </w:tc>
      </w:tr>
      <w:tr w:rsidR="00754A30" w:rsidRPr="00A10859" w14:paraId="0410AB26" w14:textId="77777777">
        <w:trPr>
          <w:jc w:val="center"/>
        </w:trPr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12E0C198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1</w:t>
            </w: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536FB212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7F0F2BCF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  <w:tr w:rsidR="00754A30" w:rsidRPr="00A10859" w14:paraId="6447FF33" w14:textId="77777777">
        <w:trPr>
          <w:jc w:val="center"/>
        </w:trPr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0E828987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2</w:t>
            </w: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40E2C6C7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56F085C0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  <w:tr w:rsidR="00754A30" w:rsidRPr="00A10859" w14:paraId="03C087EF" w14:textId="77777777">
        <w:trPr>
          <w:jc w:val="center"/>
        </w:trPr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3916294F" w14:textId="77777777" w:rsidR="00754A30" w:rsidRPr="00A10859" w:rsidRDefault="00000000">
            <w:pPr>
              <w:spacing w:after="0"/>
              <w:rPr>
                <w:sz w:val="20"/>
                <w:szCs w:val="20"/>
              </w:rPr>
            </w:pPr>
            <w:r w:rsidRPr="00A10859">
              <w:rPr>
                <w:sz w:val="20"/>
                <w:szCs w:val="20"/>
              </w:rPr>
              <w:t>3</w:t>
            </w: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223B971D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437" w:type="dxa"/>
            <w:tcMar>
              <w:top w:w="38" w:type="dxa"/>
              <w:left w:w="45" w:type="dxa"/>
              <w:bottom w:w="38" w:type="dxa"/>
              <w:right w:w="45" w:type="dxa"/>
            </w:tcMar>
          </w:tcPr>
          <w:p w14:paraId="6320FE16" w14:textId="77777777" w:rsidR="00754A30" w:rsidRPr="00A10859" w:rsidRDefault="00754A30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C2B8B8F" w14:textId="338EDDD7" w:rsidR="00754A30" w:rsidRPr="00A10859" w:rsidRDefault="00000000">
      <w:pPr>
        <w:spacing w:before="40" w:after="0"/>
        <w:rPr>
          <w:sz w:val="20"/>
          <w:szCs w:val="20"/>
        </w:rPr>
      </w:pPr>
      <w:r w:rsidRPr="00A10859">
        <w:rPr>
          <w:b/>
          <w:sz w:val="20"/>
          <w:szCs w:val="20"/>
        </w:rPr>
        <w:t xml:space="preserve">Submission note. </w:t>
      </w:r>
      <w:r w:rsidRPr="00A10859">
        <w:rPr>
          <w:sz w:val="20"/>
          <w:szCs w:val="20"/>
        </w:rPr>
        <w:t xml:space="preserve">Submit the </w:t>
      </w:r>
      <w:r w:rsidR="007A2A53">
        <w:rPr>
          <w:sz w:val="20"/>
          <w:szCs w:val="20"/>
        </w:rPr>
        <w:t>manuscript</w:t>
      </w:r>
      <w:r w:rsidRPr="00A10859">
        <w:rPr>
          <w:sz w:val="20"/>
          <w:szCs w:val="20"/>
        </w:rPr>
        <w:t xml:space="preserve"> and this signed Letter of Guarantee through the Journal’s OJS system.</w:t>
      </w:r>
    </w:p>
    <w:sectPr w:rsidR="00754A30" w:rsidRPr="00A10859" w:rsidSect="00034616">
      <w:footerReference w:type="default" r:id="rId8"/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C8EFE" w14:textId="77777777" w:rsidR="00531733" w:rsidRDefault="00531733">
      <w:pPr>
        <w:spacing w:after="0"/>
      </w:pPr>
      <w:r>
        <w:separator/>
      </w:r>
    </w:p>
  </w:endnote>
  <w:endnote w:type="continuationSeparator" w:id="0">
    <w:p w14:paraId="05E3FD09" w14:textId="77777777" w:rsidR="00531733" w:rsidRDefault="005317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3330" w14:textId="77777777" w:rsidR="00754A30" w:rsidRDefault="00000000">
    <w:pPr>
      <w:pStyle w:val="Footer"/>
      <w:jc w:val="center"/>
    </w:pPr>
    <w:r>
      <w:rPr>
        <w:i/>
        <w:sz w:val="16"/>
      </w:rPr>
      <w:t>Applied Research in Studies and Practice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3B05F" w14:textId="77777777" w:rsidR="00531733" w:rsidRDefault="00531733">
      <w:pPr>
        <w:spacing w:after="0"/>
      </w:pPr>
      <w:r>
        <w:separator/>
      </w:r>
    </w:p>
  </w:footnote>
  <w:footnote w:type="continuationSeparator" w:id="0">
    <w:p w14:paraId="303B2442" w14:textId="77777777" w:rsidR="00531733" w:rsidRDefault="005317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3902758">
    <w:abstractNumId w:val="8"/>
  </w:num>
  <w:num w:numId="2" w16cid:durableId="1292250237">
    <w:abstractNumId w:val="6"/>
  </w:num>
  <w:num w:numId="3" w16cid:durableId="2125611823">
    <w:abstractNumId w:val="5"/>
  </w:num>
  <w:num w:numId="4" w16cid:durableId="149248624">
    <w:abstractNumId w:val="4"/>
  </w:num>
  <w:num w:numId="5" w16cid:durableId="1954243139">
    <w:abstractNumId w:val="7"/>
  </w:num>
  <w:num w:numId="6" w16cid:durableId="1021592122">
    <w:abstractNumId w:val="3"/>
  </w:num>
  <w:num w:numId="7" w16cid:durableId="623266204">
    <w:abstractNumId w:val="2"/>
  </w:num>
  <w:num w:numId="8" w16cid:durableId="791749045">
    <w:abstractNumId w:val="1"/>
  </w:num>
  <w:num w:numId="9" w16cid:durableId="48466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119B"/>
    <w:rsid w:val="00326F90"/>
    <w:rsid w:val="00531733"/>
    <w:rsid w:val="00754A30"/>
    <w:rsid w:val="007A2A53"/>
    <w:rsid w:val="00924CC1"/>
    <w:rsid w:val="00A10859"/>
    <w:rsid w:val="00A90589"/>
    <w:rsid w:val="00AA1D8D"/>
    <w:rsid w:val="00B47730"/>
    <w:rsid w:val="00CB0664"/>
    <w:rsid w:val="00DA4900"/>
    <w:rsid w:val="00E455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00CEE"/>
  <w14:defaultImageDpi w14:val="300"/>
  <w15:docId w15:val="{DCAAE863-764A-4EEC-8672-F40DBF7A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iagramaDiagramaCharCharDiagramaDiagramaCharChar">
    <w:name w:val="Diagrama Diagrama Char Char Diagrama Diagrama Char Char"/>
    <w:basedOn w:val="Normal"/>
    <w:semiHidden/>
    <w:rsid w:val="002F119B"/>
    <w:pPr>
      <w:spacing w:after="160" w:line="240" w:lineRule="exact"/>
    </w:pPr>
    <w:rPr>
      <w:rFonts w:ascii="Verdana" w:eastAsia="Times New Roman" w:hAnsi="Verdana" w:cs="Verdana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Vaitkienė</cp:lastModifiedBy>
  <cp:revision>3</cp:revision>
  <dcterms:created xsi:type="dcterms:W3CDTF">2026-09-04T10:36:00Z</dcterms:created>
  <dcterms:modified xsi:type="dcterms:W3CDTF">2026-09-04T11:35:00Z</dcterms:modified>
  <cp:category/>
</cp:coreProperties>
</file>